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B12C7" w14:textId="77777777" w:rsidR="002E36A4" w:rsidRDefault="00000000">
      <w:pPr>
        <w:spacing w:after="0"/>
        <w:jc w:val="center"/>
      </w:pPr>
      <w:r>
        <w:rPr>
          <w:rFonts w:ascii="Arial" w:hAnsi="Arial"/>
          <w:b/>
          <w:sz w:val="54"/>
        </w:rPr>
        <w:t>JÍDELNÍČEK</w:t>
      </w:r>
    </w:p>
    <w:p w14:paraId="76AC3621" w14:textId="427DCD6C" w:rsidR="002E36A4" w:rsidRDefault="00000000">
      <w:pPr>
        <w:spacing w:after="60"/>
        <w:jc w:val="center"/>
      </w:pPr>
      <w:r>
        <w:rPr>
          <w:rFonts w:ascii="Arial" w:hAnsi="Arial"/>
          <w:b/>
          <w:sz w:val="24"/>
        </w:rPr>
        <w:t>1</w:t>
      </w:r>
      <w:r w:rsidR="005B1D25">
        <w:rPr>
          <w:rFonts w:ascii="Arial" w:hAnsi="Arial"/>
          <w:b/>
          <w:sz w:val="24"/>
        </w:rPr>
        <w:t>9</w:t>
      </w:r>
      <w:r>
        <w:rPr>
          <w:rFonts w:ascii="Arial" w:hAnsi="Arial"/>
          <w:b/>
          <w:sz w:val="24"/>
        </w:rPr>
        <w:t xml:space="preserve">. 10. – </w:t>
      </w:r>
      <w:r w:rsidR="005B1D25">
        <w:rPr>
          <w:rFonts w:ascii="Arial" w:hAnsi="Arial"/>
          <w:b/>
          <w:sz w:val="24"/>
        </w:rPr>
        <w:t>23</w:t>
      </w:r>
      <w:r>
        <w:rPr>
          <w:rFonts w:ascii="Arial" w:hAnsi="Arial"/>
          <w:b/>
          <w:sz w:val="24"/>
        </w:rPr>
        <w:t>. 10. 2026</w:t>
      </w:r>
    </w:p>
    <w:p w14:paraId="47A58806" w14:textId="77777777" w:rsidR="002E36A4" w:rsidRDefault="00000000">
      <w:pPr>
        <w:spacing w:after="60"/>
        <w:jc w:val="center"/>
      </w:pPr>
      <w:r>
        <w:rPr>
          <w:rFonts w:ascii="Arial" w:hAnsi="Arial"/>
          <w:sz w:val="28"/>
        </w:rPr>
        <w:t>♡   ☼   ♡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3402"/>
        <w:gridCol w:w="1247"/>
        <w:gridCol w:w="3969"/>
        <w:gridCol w:w="1304"/>
        <w:gridCol w:w="3118"/>
        <w:gridCol w:w="1247"/>
      </w:tblGrid>
      <w:tr w:rsidR="002E36A4" w14:paraId="647F9E79" w14:textId="77777777">
        <w:trPr>
          <w:jc w:val="center"/>
        </w:trPr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6027B8" w14:textId="77777777" w:rsidR="002E36A4" w:rsidRDefault="002E36A4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E09A01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PŘESNÍDÁVKA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81023D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OBSAHUJE</w:t>
            </w:r>
          </w:p>
          <w:p w14:paraId="263FAAE3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ALERGENY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8BA04D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OBĚD</w:t>
            </w:r>
          </w:p>
        </w:tc>
        <w:tc>
          <w:tcPr>
            <w:tcW w:w="13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91A202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OBSAHUJE</w:t>
            </w:r>
          </w:p>
          <w:p w14:paraId="44010044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ALERGENY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5740CDD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SVAČINA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01E642A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OBSAHUJE</w:t>
            </w:r>
          </w:p>
          <w:p w14:paraId="28F545B3" w14:textId="77777777" w:rsidR="002E36A4" w:rsidRDefault="00000000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6"/>
              </w:rPr>
              <w:t>ALERGENY</w:t>
            </w:r>
          </w:p>
        </w:tc>
      </w:tr>
      <w:tr w:rsidR="002E36A4" w14:paraId="0097F4A8" w14:textId="77777777">
        <w:trPr>
          <w:jc w:val="center"/>
        </w:trPr>
        <w:tc>
          <w:tcPr>
            <w:tcW w:w="1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242D0F" w14:textId="77777777" w:rsidR="002E36A4" w:rsidRPr="007673E0" w:rsidRDefault="00000000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7673E0">
              <w:rPr>
                <w:rFonts w:ascii="Arial" w:hAnsi="Arial"/>
                <w:b/>
              </w:rPr>
              <w:t>PO</w:t>
            </w:r>
          </w:p>
          <w:p w14:paraId="08E186F9" w14:textId="6B2192B4" w:rsidR="00B62B5E" w:rsidRPr="007673E0" w:rsidRDefault="00D334D1" w:rsidP="00B62B5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Višňový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čaj</w:t>
            </w:r>
            <w:proofErr w:type="spellEnd"/>
            <w:r w:rsidR="00B62B5E" w:rsidRPr="007673E0">
              <w:rPr>
                <w:rFonts w:ascii="Arial" w:hAnsi="Arial"/>
                <w:sz w:val="18"/>
                <w:szCs w:val="18"/>
              </w:rPr>
              <w:t xml:space="preserve"> / </w:t>
            </w:r>
            <w:proofErr w:type="spellStart"/>
            <w:r w:rsidR="00B62B5E" w:rsidRPr="007673E0">
              <w:rPr>
                <w:rFonts w:ascii="Arial" w:hAnsi="Arial"/>
                <w:sz w:val="18"/>
                <w:szCs w:val="18"/>
              </w:rPr>
              <w:t>voda</w:t>
            </w:r>
            <w:proofErr w:type="spellEnd"/>
          </w:p>
          <w:p w14:paraId="0EEF63E6" w14:textId="77777777" w:rsidR="00B62B5E" w:rsidRPr="007673E0" w:rsidRDefault="00B62B5E" w:rsidP="00B62B5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E386FC" w14:textId="77777777" w:rsidR="002E36A4" w:rsidRPr="007673E0" w:rsidRDefault="00000000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7673E0">
              <w:rPr>
                <w:rFonts w:ascii="Arial" w:hAnsi="Arial"/>
                <w:sz w:val="20"/>
                <w:szCs w:val="20"/>
              </w:rPr>
              <w:t>jablko</w:t>
            </w:r>
            <w:proofErr w:type="spellEnd"/>
          </w:p>
          <w:p w14:paraId="244774A2" w14:textId="77777777" w:rsidR="002E36A4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pšeničnožitný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chléb</w:t>
            </w:r>
            <w:proofErr w:type="spellEnd"/>
          </w:p>
          <w:p w14:paraId="71A756AF" w14:textId="77777777" w:rsidR="00D334D1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vaječná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pomazánka</w:t>
            </w:r>
            <w:proofErr w:type="spellEnd"/>
          </w:p>
          <w:p w14:paraId="75EA597D" w14:textId="6BCFA106" w:rsidR="00D334D1" w:rsidRPr="007673E0" w:rsidRDefault="00D334D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paprika</w:t>
            </w:r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B308810" w14:textId="5B73F9C5" w:rsidR="002E36A4" w:rsidRPr="007673E0" w:rsidRDefault="00000000" w:rsidP="00D334D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73E0">
              <w:rPr>
                <w:rFonts w:ascii="Arial" w:hAnsi="Arial"/>
                <w:sz w:val="20"/>
                <w:szCs w:val="20"/>
              </w:rPr>
              <w:t>1,6</w:t>
            </w:r>
          </w:p>
          <w:p w14:paraId="7FE09298" w14:textId="7B9D5BFD" w:rsidR="002E36A4" w:rsidRPr="007673E0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73E0">
              <w:rPr>
                <w:rFonts w:ascii="Arial" w:hAnsi="Arial"/>
                <w:sz w:val="20"/>
                <w:szCs w:val="20"/>
              </w:rPr>
              <w:t>3</w:t>
            </w:r>
            <w:r w:rsidR="00D334D1">
              <w:rPr>
                <w:rFonts w:ascii="Arial" w:hAnsi="Arial"/>
                <w:sz w:val="20"/>
                <w:szCs w:val="20"/>
              </w:rPr>
              <w:t>,7</w:t>
            </w:r>
          </w:p>
        </w:tc>
        <w:tc>
          <w:tcPr>
            <w:tcW w:w="396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F4681DA" w14:textId="77777777" w:rsidR="002E36A4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pol.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zeleninová</w:t>
            </w:r>
            <w:proofErr w:type="spellEnd"/>
          </w:p>
          <w:p w14:paraId="26CBAD6E" w14:textId="77777777" w:rsidR="00D334D1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rybí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filé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na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másle</w:t>
            </w:r>
            <w:proofErr w:type="spellEnd"/>
          </w:p>
          <w:p w14:paraId="4F7B454D" w14:textId="77777777" w:rsidR="00D334D1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bramborová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kaše</w:t>
            </w:r>
            <w:proofErr w:type="spellEnd"/>
          </w:p>
          <w:p w14:paraId="3C6ED0C1" w14:textId="7442F160" w:rsidR="00D334D1" w:rsidRPr="007673E0" w:rsidRDefault="00D334D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obloha</w:t>
            </w:r>
            <w:proofErr w:type="spellEnd"/>
          </w:p>
        </w:tc>
        <w:tc>
          <w:tcPr>
            <w:tcW w:w="130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9033D8" w14:textId="074C69B2" w:rsidR="00D334D1" w:rsidRDefault="00D334D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1,3,9</w:t>
            </w:r>
          </w:p>
          <w:p w14:paraId="024B623F" w14:textId="4732E536" w:rsidR="002E36A4" w:rsidRPr="007673E0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73E0">
              <w:rPr>
                <w:rFonts w:ascii="Arial" w:hAnsi="Arial"/>
                <w:sz w:val="20"/>
                <w:szCs w:val="20"/>
              </w:rPr>
              <w:t>1,4</w:t>
            </w:r>
          </w:p>
          <w:p w14:paraId="2104AE1B" w14:textId="77777777" w:rsidR="002E36A4" w:rsidRPr="007673E0" w:rsidRDefault="0000000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673E0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1A0A18B" w14:textId="50205CBC" w:rsidR="002E36A4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grahamový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rohlík</w:t>
            </w:r>
            <w:proofErr w:type="spellEnd"/>
          </w:p>
          <w:p w14:paraId="37BF42BB" w14:textId="6A2966E0" w:rsidR="00D334D1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zeleninová</w:t>
            </w:r>
            <w:proofErr w:type="spellEnd"/>
            <w:r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0"/>
              </w:rPr>
              <w:t>pomazánka</w:t>
            </w:r>
            <w:proofErr w:type="spellEnd"/>
          </w:p>
          <w:p w14:paraId="17AEB42E" w14:textId="5E7E03FA" w:rsidR="00D334D1" w:rsidRDefault="00D334D1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okurek</w:t>
            </w:r>
            <w:proofErr w:type="spellEnd"/>
          </w:p>
          <w:p w14:paraId="21CC01A0" w14:textId="6DFE0754" w:rsidR="00D334D1" w:rsidRPr="007673E0" w:rsidRDefault="00D334D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/>
                <w:sz w:val="20"/>
                <w:szCs w:val="20"/>
              </w:rPr>
              <w:t>mléko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E524CA" w14:textId="00C7791B" w:rsidR="00D334D1" w:rsidRDefault="00D334D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1,6</w:t>
            </w:r>
          </w:p>
          <w:p w14:paraId="59F02B9A" w14:textId="6DC5A38F" w:rsidR="00D334D1" w:rsidRDefault="00000000" w:rsidP="00D334D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 w:rsidRPr="007673E0">
              <w:rPr>
                <w:rFonts w:ascii="Arial" w:hAnsi="Arial"/>
                <w:sz w:val="20"/>
                <w:szCs w:val="20"/>
              </w:rPr>
              <w:t>7</w:t>
            </w:r>
          </w:p>
          <w:p w14:paraId="49753A9A" w14:textId="77777777" w:rsidR="00D334D1" w:rsidRPr="00D334D1" w:rsidRDefault="00D334D1" w:rsidP="00D334D1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  <w:p w14:paraId="500590FC" w14:textId="315600E9" w:rsidR="002E36A4" w:rsidRPr="007673E0" w:rsidRDefault="00D334D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2E36A4" w14:paraId="4831065D" w14:textId="77777777">
        <w:trPr>
          <w:jc w:val="center"/>
        </w:trPr>
        <w:tc>
          <w:tcPr>
            <w:tcW w:w="1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CA8D18" w14:textId="77777777" w:rsidR="002E36A4" w:rsidRPr="007673E0" w:rsidRDefault="00000000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7673E0">
              <w:rPr>
                <w:rFonts w:ascii="Arial" w:hAnsi="Arial"/>
                <w:b/>
              </w:rPr>
              <w:t>ÚT</w:t>
            </w:r>
          </w:p>
          <w:p w14:paraId="60919417" w14:textId="2ACAB307" w:rsidR="00B62B5E" w:rsidRPr="007673E0" w:rsidRDefault="00B62B5E" w:rsidP="00B62B5E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7673E0">
              <w:rPr>
                <w:rFonts w:ascii="Arial" w:hAnsi="Arial"/>
                <w:bCs/>
                <w:sz w:val="18"/>
                <w:szCs w:val="18"/>
              </w:rPr>
              <w:t>Čaj</w:t>
            </w:r>
            <w:proofErr w:type="spellEnd"/>
            <w:r w:rsidRPr="007673E0"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 w:rsidRPr="007673E0">
              <w:rPr>
                <w:rFonts w:ascii="Arial" w:hAnsi="Arial"/>
                <w:bCs/>
                <w:sz w:val="18"/>
                <w:szCs w:val="18"/>
              </w:rPr>
              <w:t>lesní</w:t>
            </w:r>
            <w:proofErr w:type="spellEnd"/>
            <w:r w:rsidRPr="007673E0"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 w:rsidRPr="007673E0">
              <w:rPr>
                <w:rFonts w:ascii="Arial" w:hAnsi="Arial"/>
                <w:bCs/>
                <w:sz w:val="18"/>
                <w:szCs w:val="18"/>
              </w:rPr>
              <w:t>ovoce</w:t>
            </w:r>
            <w:proofErr w:type="spellEnd"/>
            <w:r w:rsidRPr="007673E0">
              <w:rPr>
                <w:rFonts w:ascii="Arial" w:hAnsi="Arial"/>
                <w:bCs/>
                <w:sz w:val="18"/>
                <w:szCs w:val="18"/>
              </w:rPr>
              <w:t xml:space="preserve"> / </w:t>
            </w:r>
            <w:proofErr w:type="spellStart"/>
            <w:r w:rsidRPr="007673E0">
              <w:rPr>
                <w:rFonts w:ascii="Arial" w:hAnsi="Arial"/>
                <w:bCs/>
                <w:sz w:val="18"/>
                <w:szCs w:val="18"/>
              </w:rPr>
              <w:t>voda</w:t>
            </w:r>
            <w:proofErr w:type="spellEnd"/>
          </w:p>
        </w:tc>
        <w:tc>
          <w:tcPr>
            <w:tcW w:w="34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B1CB337" w14:textId="1327F3FB" w:rsidR="002E36A4" w:rsidRPr="00D334D1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334D1">
              <w:rPr>
                <w:rFonts w:ascii="Arial" w:hAnsi="Arial" w:cs="Arial"/>
                <w:sz w:val="20"/>
                <w:szCs w:val="20"/>
              </w:rPr>
              <w:t>hrozno</w:t>
            </w:r>
            <w:proofErr w:type="spellEnd"/>
          </w:p>
          <w:p w14:paraId="7F7164EA" w14:textId="298149C5" w:rsidR="00D334D1" w:rsidRPr="00D334D1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334D1">
              <w:rPr>
                <w:rFonts w:ascii="Arial" w:hAnsi="Arial" w:cs="Arial"/>
                <w:sz w:val="20"/>
                <w:szCs w:val="20"/>
              </w:rPr>
              <w:t>těstovinový</w:t>
            </w:r>
            <w:proofErr w:type="spellEnd"/>
            <w:r w:rsidRPr="00D334D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334D1">
              <w:rPr>
                <w:rFonts w:ascii="Arial" w:hAnsi="Arial" w:cs="Arial"/>
                <w:sz w:val="20"/>
                <w:szCs w:val="20"/>
              </w:rPr>
              <w:t>salát</w:t>
            </w:r>
            <w:proofErr w:type="spellEnd"/>
            <w:r w:rsidRPr="00D334D1"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 w:rsidRPr="00D334D1">
              <w:rPr>
                <w:rFonts w:ascii="Arial" w:hAnsi="Arial" w:cs="Arial"/>
                <w:sz w:val="20"/>
                <w:szCs w:val="20"/>
              </w:rPr>
              <w:t>šunkou</w:t>
            </w:r>
            <w:proofErr w:type="spellEnd"/>
            <w:r w:rsidRPr="00D334D1">
              <w:rPr>
                <w:rFonts w:ascii="Arial" w:hAnsi="Arial" w:cs="Arial"/>
                <w:sz w:val="20"/>
                <w:szCs w:val="20"/>
              </w:rPr>
              <w:t xml:space="preserve"> a zeleninou</w:t>
            </w:r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29EA6EA" w14:textId="5FF7D139" w:rsidR="002E36A4" w:rsidRPr="00D334D1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34D1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13CCDE" w14:textId="74D2931C" w:rsidR="002E36A4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334D1">
              <w:rPr>
                <w:rFonts w:ascii="Arial" w:hAnsi="Arial" w:cs="Arial"/>
                <w:sz w:val="20"/>
                <w:szCs w:val="20"/>
              </w:rPr>
              <w:t>pol.</w:t>
            </w:r>
            <w:r>
              <w:rPr>
                <w:rFonts w:ascii="Arial" w:hAnsi="Arial" w:cs="Arial"/>
                <w:sz w:val="20"/>
                <w:szCs w:val="20"/>
              </w:rPr>
              <w:t>korálková</w:t>
            </w:r>
            <w:proofErr w:type="spellEnd"/>
          </w:p>
          <w:p w14:paraId="3A7DD746" w14:textId="7343478F" w:rsidR="00D334D1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jablečné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lívanečky</w:t>
            </w:r>
            <w:proofErr w:type="spellEnd"/>
          </w:p>
          <w:p w14:paraId="0A8BEDE8" w14:textId="34D64519" w:rsidR="00D334D1" w:rsidRPr="00D334D1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mléko</w:t>
            </w:r>
            <w:proofErr w:type="spellEnd"/>
          </w:p>
        </w:tc>
        <w:tc>
          <w:tcPr>
            <w:tcW w:w="130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D25B4B" w14:textId="77777777" w:rsidR="002E36A4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1, 9</w:t>
            </w:r>
          </w:p>
          <w:p w14:paraId="558601CF" w14:textId="77777777" w:rsidR="00D334D1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1,3,7</w:t>
            </w:r>
          </w:p>
          <w:p w14:paraId="72CDD2C8" w14:textId="11004256" w:rsidR="00D334D1" w:rsidRPr="00D334D1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1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ED5D70" w14:textId="3D28A287" w:rsidR="002E36A4" w:rsidRDefault="007A1A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D334D1">
              <w:rPr>
                <w:rFonts w:ascii="Arial" w:hAnsi="Arial" w:cs="Arial"/>
                <w:sz w:val="20"/>
                <w:szCs w:val="20"/>
              </w:rPr>
              <w:t>hléb</w:t>
            </w:r>
            <w:proofErr w:type="spellEnd"/>
            <w:r w:rsidR="00D334D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D334D1">
              <w:rPr>
                <w:rFonts w:ascii="Arial" w:hAnsi="Arial" w:cs="Arial"/>
                <w:sz w:val="20"/>
                <w:szCs w:val="20"/>
              </w:rPr>
              <w:t>Slovenský</w:t>
            </w:r>
            <w:proofErr w:type="spellEnd"/>
          </w:p>
          <w:p w14:paraId="7E477583" w14:textId="3E3F6D38" w:rsidR="00D334D1" w:rsidRDefault="007A1A1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D334D1">
              <w:rPr>
                <w:rFonts w:ascii="Arial" w:hAnsi="Arial" w:cs="Arial"/>
                <w:sz w:val="20"/>
                <w:szCs w:val="20"/>
              </w:rPr>
              <w:t>omazanka</w:t>
            </w:r>
            <w:proofErr w:type="spellEnd"/>
            <w:r w:rsidR="00D334D1">
              <w:rPr>
                <w:rFonts w:ascii="Arial" w:hAnsi="Arial" w:cs="Arial"/>
                <w:sz w:val="20"/>
                <w:szCs w:val="20"/>
              </w:rPr>
              <w:t xml:space="preserve"> Tu</w:t>
            </w:r>
            <w:r w:rsidR="00D63CE2">
              <w:rPr>
                <w:rFonts w:ascii="Arial" w:hAnsi="Arial" w:cs="Arial"/>
                <w:sz w:val="20"/>
                <w:szCs w:val="20"/>
              </w:rPr>
              <w:t>t</w:t>
            </w:r>
            <w:r w:rsidR="00D334D1">
              <w:rPr>
                <w:rFonts w:ascii="Arial" w:hAnsi="Arial" w:cs="Arial"/>
                <w:sz w:val="20"/>
                <w:szCs w:val="20"/>
              </w:rPr>
              <w:t>ti Fru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D334D1">
              <w:rPr>
                <w:rFonts w:ascii="Arial" w:hAnsi="Arial" w:cs="Arial"/>
                <w:sz w:val="20"/>
                <w:szCs w:val="20"/>
              </w:rPr>
              <w:t>ti</w:t>
            </w:r>
          </w:p>
          <w:p w14:paraId="4AAC485C" w14:textId="526D49B7" w:rsidR="00D334D1" w:rsidRPr="00D334D1" w:rsidRDefault="00D334D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rajče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5772B75" w14:textId="77777777" w:rsidR="002E36A4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3473592E" w14:textId="47CACDF1" w:rsidR="00D334D1" w:rsidRPr="00D334D1" w:rsidRDefault="00D334D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E36A4" w14:paraId="09F095F7" w14:textId="77777777">
        <w:trPr>
          <w:jc w:val="center"/>
        </w:trPr>
        <w:tc>
          <w:tcPr>
            <w:tcW w:w="1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A0920B" w14:textId="77777777" w:rsidR="002E36A4" w:rsidRPr="007673E0" w:rsidRDefault="00000000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7673E0">
              <w:rPr>
                <w:rFonts w:ascii="Arial" w:hAnsi="Arial"/>
                <w:b/>
              </w:rPr>
              <w:t>ST</w:t>
            </w:r>
          </w:p>
          <w:p w14:paraId="100F899D" w14:textId="77777777" w:rsidR="00B62B5E" w:rsidRPr="007673E0" w:rsidRDefault="00B62B5E" w:rsidP="00B62B5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Meduňkový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čaj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 / </w:t>
            </w: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voda</w:t>
            </w:r>
            <w:proofErr w:type="spellEnd"/>
          </w:p>
          <w:p w14:paraId="1BCDF0A9" w14:textId="77777777" w:rsidR="00B62B5E" w:rsidRPr="007673E0" w:rsidRDefault="00B62B5E" w:rsidP="00B62B5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811375" w14:textId="580BA5CA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jablko</w:t>
            </w:r>
            <w:proofErr w:type="spellEnd"/>
          </w:p>
          <w:p w14:paraId="568B1BA5" w14:textId="3A1C4CB2" w:rsid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bulka</w:t>
            </w:r>
            <w:proofErr w:type="spellEnd"/>
          </w:p>
          <w:p w14:paraId="5748DEA3" w14:textId="6CA857A9" w:rsid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 w:rsidR="009A779F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erlou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plátkovým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sýrem</w:t>
            </w:r>
            <w:proofErr w:type="spellEnd"/>
          </w:p>
          <w:p w14:paraId="30CEEEDE" w14:textId="5C1E8526" w:rsidR="00D334D1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mléko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E54C9F" w14:textId="49D0AA6C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37C21353" w14:textId="1C776782" w:rsid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0DAE9B02" w14:textId="18040E38" w:rsidR="00D334D1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3BC847" w14:textId="365300FD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drožďová</w:t>
            </w:r>
            <w:proofErr w:type="spellEnd"/>
          </w:p>
          <w:p w14:paraId="15B90E53" w14:textId="41C19E46" w:rsid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kuřecí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plátek</w:t>
            </w:r>
            <w:proofErr w:type="spellEnd"/>
          </w:p>
          <w:p w14:paraId="120041E8" w14:textId="022AD3BA" w:rsid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pečené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brambory</w:t>
            </w:r>
            <w:proofErr w:type="spellEnd"/>
          </w:p>
          <w:p w14:paraId="506304DA" w14:textId="0154F6D2" w:rsidR="00D334D1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ovocný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kompot</w:t>
            </w:r>
            <w:proofErr w:type="spellEnd"/>
          </w:p>
        </w:tc>
        <w:tc>
          <w:tcPr>
            <w:tcW w:w="130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3F0C70" w14:textId="598BC31F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</w:t>
            </w:r>
          </w:p>
          <w:p w14:paraId="7F160721" w14:textId="77777777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E8B2F9" w14:textId="08CEDD50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30CB168" w14:textId="089403D4" w:rsidR="00DE624F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chléb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kmínový</w:t>
            </w:r>
            <w:proofErr w:type="spellEnd"/>
          </w:p>
          <w:p w14:paraId="582B01D6" w14:textId="3E049DB9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pomazánka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ryb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tomatě</w:t>
            </w:r>
            <w:proofErr w:type="spellEnd"/>
          </w:p>
          <w:p w14:paraId="4BCB035E" w14:textId="2E162BDF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rajče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95EE6B" w14:textId="77777777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27D3AC8E" w14:textId="77777777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4,7</w:t>
            </w:r>
          </w:p>
          <w:p w14:paraId="162E5146" w14:textId="7F23680B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36A4" w14:paraId="358D6479" w14:textId="77777777">
        <w:trPr>
          <w:jc w:val="center"/>
        </w:trPr>
        <w:tc>
          <w:tcPr>
            <w:tcW w:w="1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E4EEA98" w14:textId="77777777" w:rsidR="002E36A4" w:rsidRPr="007673E0" w:rsidRDefault="00000000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7673E0">
              <w:rPr>
                <w:rFonts w:ascii="Arial" w:hAnsi="Arial"/>
                <w:b/>
              </w:rPr>
              <w:t>ČT</w:t>
            </w:r>
          </w:p>
          <w:p w14:paraId="048A8D55" w14:textId="77777777" w:rsidR="00B62B5E" w:rsidRPr="007673E0" w:rsidRDefault="00B62B5E" w:rsidP="00B62B5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Čaj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 s </w:t>
            </w: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rakytníkem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 / </w:t>
            </w: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voda</w:t>
            </w:r>
            <w:proofErr w:type="spellEnd"/>
          </w:p>
          <w:p w14:paraId="6DB5ECA9" w14:textId="77777777" w:rsidR="00B62B5E" w:rsidRPr="007673E0" w:rsidRDefault="00B62B5E" w:rsidP="00B62B5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EDEC15C" w14:textId="7B82D0A1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hrušky</w:t>
            </w:r>
            <w:proofErr w:type="spellEnd"/>
          </w:p>
          <w:p w14:paraId="1F4C8137" w14:textId="37FDB61B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jáhlová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kaše</w:t>
            </w:r>
            <w:proofErr w:type="spellEnd"/>
          </w:p>
          <w:p w14:paraId="09221DA0" w14:textId="2256E6F8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D7473B" w14:textId="7FFE7E50" w:rsidR="002E36A4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</w:t>
            </w:r>
          </w:p>
        </w:tc>
        <w:tc>
          <w:tcPr>
            <w:tcW w:w="396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DF56777" w14:textId="3D916E70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pol. </w:t>
            </w:r>
            <w:proofErr w:type="spellStart"/>
            <w:r w:rsidR="00B06B68">
              <w:rPr>
                <w:rFonts w:ascii="Arial" w:hAnsi="Arial" w:cs="Arial"/>
                <w:sz w:val="20"/>
                <w:szCs w:val="20"/>
              </w:rPr>
              <w:t>zeleninový</w:t>
            </w:r>
            <w:proofErr w:type="spellEnd"/>
            <w:r w:rsidR="00B06B6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vývar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celestýnskými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nudlemi</w:t>
            </w:r>
            <w:proofErr w:type="spellEnd"/>
          </w:p>
          <w:p w14:paraId="038263BE" w14:textId="7B1AD1FA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hovězí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maso</w:t>
            </w:r>
            <w:proofErr w:type="spellEnd"/>
          </w:p>
          <w:p w14:paraId="65E392DA" w14:textId="64D770EC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smetanová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omáčka</w:t>
            </w:r>
            <w:proofErr w:type="spellEnd"/>
          </w:p>
          <w:p w14:paraId="72BA9C57" w14:textId="6F263E62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těstoviny</w:t>
            </w:r>
            <w:proofErr w:type="spellEnd"/>
          </w:p>
        </w:tc>
        <w:tc>
          <w:tcPr>
            <w:tcW w:w="130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F6B183" w14:textId="4EC26278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1,3,9</w:t>
            </w:r>
          </w:p>
          <w:p w14:paraId="7944F8BC" w14:textId="77777777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98EE184" w14:textId="7E9D35DD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7C0C9EE0" w14:textId="660733DD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3B988B" w14:textId="0B47E34C" w:rsidR="00DE624F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rohlík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sojový</w:t>
            </w:r>
            <w:proofErr w:type="spellEnd"/>
          </w:p>
          <w:p w14:paraId="610CF881" w14:textId="547E8E6B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lučina</w:t>
            </w:r>
            <w:proofErr w:type="spellEnd"/>
          </w:p>
          <w:p w14:paraId="5F18EF5C" w14:textId="4F11EC80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paprika</w:t>
            </w:r>
          </w:p>
          <w:p w14:paraId="3B24EC5C" w14:textId="1DB092F5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mléko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BEE5B00" w14:textId="77777777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  <w:p w14:paraId="084D373D" w14:textId="77777777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4169B3AF" w14:textId="77777777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C0777D8" w14:textId="0F1F214F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2E36A4" w14:paraId="333E112D" w14:textId="77777777" w:rsidTr="007673E0">
        <w:trPr>
          <w:trHeight w:val="1040"/>
          <w:jc w:val="center"/>
        </w:trPr>
        <w:tc>
          <w:tcPr>
            <w:tcW w:w="113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9304818" w14:textId="77777777" w:rsidR="002E36A4" w:rsidRPr="007673E0" w:rsidRDefault="00000000">
            <w:pPr>
              <w:spacing w:after="0" w:line="240" w:lineRule="auto"/>
              <w:jc w:val="center"/>
              <w:rPr>
                <w:rFonts w:ascii="Arial" w:hAnsi="Arial"/>
                <w:b/>
              </w:rPr>
            </w:pPr>
            <w:r w:rsidRPr="007673E0">
              <w:rPr>
                <w:rFonts w:ascii="Arial" w:hAnsi="Arial"/>
                <w:b/>
              </w:rPr>
              <w:t>PÁ</w:t>
            </w:r>
          </w:p>
          <w:p w14:paraId="6C4A7DEF" w14:textId="4EE40EC3" w:rsidR="00B62B5E" w:rsidRPr="007673E0" w:rsidRDefault="00B62B5E" w:rsidP="00B62B5E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Pomeranč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. </w:t>
            </w:r>
            <w:proofErr w:type="spellStart"/>
            <w:r w:rsidR="00D334D1">
              <w:rPr>
                <w:rFonts w:ascii="Arial" w:hAnsi="Arial"/>
                <w:sz w:val="18"/>
                <w:szCs w:val="18"/>
              </w:rPr>
              <w:t>čaj</w:t>
            </w:r>
            <w:proofErr w:type="spellEnd"/>
            <w:r w:rsidRPr="007673E0">
              <w:rPr>
                <w:rFonts w:ascii="Arial" w:hAnsi="Arial"/>
                <w:sz w:val="18"/>
                <w:szCs w:val="18"/>
              </w:rPr>
              <w:t xml:space="preserve"> / </w:t>
            </w:r>
            <w:proofErr w:type="spellStart"/>
            <w:r w:rsidRPr="007673E0">
              <w:rPr>
                <w:rFonts w:ascii="Arial" w:hAnsi="Arial"/>
                <w:sz w:val="18"/>
                <w:szCs w:val="18"/>
              </w:rPr>
              <w:t>voda</w:t>
            </w:r>
            <w:proofErr w:type="spellEnd"/>
          </w:p>
          <w:p w14:paraId="0C5448FB" w14:textId="77777777" w:rsidR="00B62B5E" w:rsidRPr="007673E0" w:rsidRDefault="00B62B5E" w:rsidP="00B62B5E">
            <w:pPr>
              <w:spacing w:after="0" w:line="240" w:lineRule="auto"/>
            </w:pPr>
          </w:p>
        </w:tc>
        <w:tc>
          <w:tcPr>
            <w:tcW w:w="340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A912A5D" w14:textId="7DC94B8F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ovocný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talíř</w:t>
            </w:r>
            <w:proofErr w:type="spellEnd"/>
          </w:p>
          <w:p w14:paraId="7C2D67E7" w14:textId="64087495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zapečený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rohlík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sýrem</w:t>
            </w:r>
            <w:proofErr w:type="spellEnd"/>
          </w:p>
          <w:p w14:paraId="24A1BB44" w14:textId="2B093796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paprika</w:t>
            </w:r>
          </w:p>
          <w:p w14:paraId="1B2DA823" w14:textId="51A97651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mléko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3489D5" w14:textId="366130F2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</w:t>
            </w:r>
          </w:p>
          <w:p w14:paraId="317BC555" w14:textId="77777777" w:rsidR="00D63CE2" w:rsidRDefault="00D63CE2" w:rsidP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197F9AB" w14:textId="05DABBA6" w:rsidR="00D63CE2" w:rsidRPr="00D334D1" w:rsidRDefault="00D63CE2" w:rsidP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A767C9" w14:textId="72817058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kulajda</w:t>
            </w:r>
            <w:proofErr w:type="spellEnd"/>
          </w:p>
          <w:p w14:paraId="4E656D8F" w14:textId="7FE4E481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masíčko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peřinkou</w:t>
            </w:r>
            <w:proofErr w:type="spellEnd"/>
          </w:p>
          <w:p w14:paraId="6BD801AD" w14:textId="50538893" w:rsidR="00D63CE2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rýže</w:t>
            </w:r>
            <w:proofErr w:type="spellEnd"/>
          </w:p>
          <w:p w14:paraId="1B5123DD" w14:textId="734C5CDB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zeleninový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salát</w:t>
            </w:r>
            <w:proofErr w:type="spellEnd"/>
          </w:p>
        </w:tc>
        <w:tc>
          <w:tcPr>
            <w:tcW w:w="1304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F49843A" w14:textId="50E38889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1,3,7</w:t>
            </w:r>
          </w:p>
          <w:p w14:paraId="44A59198" w14:textId="64027173" w:rsidR="00D63CE2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12F0C6B4" w14:textId="52627A43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D5ACBC" w14:textId="3595C5AC" w:rsidR="002E36A4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ovocný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jogurt</w:t>
            </w:r>
            <w:proofErr w:type="spellEnd"/>
          </w:p>
          <w:p w14:paraId="3AE27F95" w14:textId="540F6D24" w:rsidR="00D63CE2" w:rsidRPr="00D334D1" w:rsidRDefault="00D63CE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piškoty</w:t>
            </w:r>
            <w:proofErr w:type="spellEnd"/>
          </w:p>
        </w:tc>
        <w:tc>
          <w:tcPr>
            <w:tcW w:w="1247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AC378C2" w14:textId="77777777" w:rsidR="002E36A4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14:paraId="651D61CE" w14:textId="27FC7209" w:rsidR="00D63CE2" w:rsidRPr="00D334D1" w:rsidRDefault="00D63CE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6F25B00E" w14:textId="77777777" w:rsidR="002E36A4" w:rsidRDefault="002E36A4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10205"/>
      </w:tblGrid>
      <w:tr w:rsidR="002E36A4" w14:paraId="389EB9A5" w14:textId="77777777">
        <w:trPr>
          <w:jc w:val="center"/>
        </w:trPr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14:paraId="13DFF895" w14:textId="77777777" w:rsidR="002E36A4" w:rsidRDefault="00000000">
            <w:pPr>
              <w:spacing w:after="0" w:line="240" w:lineRule="auto"/>
            </w:pPr>
            <w:proofErr w:type="spellStart"/>
            <w:r>
              <w:rPr>
                <w:rFonts w:ascii="Arial" w:hAnsi="Arial"/>
                <w:sz w:val="16"/>
              </w:rPr>
              <w:t>Kuchařka</w:t>
            </w:r>
            <w:proofErr w:type="spellEnd"/>
            <w:r>
              <w:rPr>
                <w:rFonts w:ascii="Arial" w:hAnsi="Arial"/>
                <w:sz w:val="16"/>
              </w:rPr>
              <w:t xml:space="preserve">: </w:t>
            </w:r>
            <w:proofErr w:type="spellStart"/>
            <w:r>
              <w:rPr>
                <w:rFonts w:ascii="Arial" w:hAnsi="Arial"/>
                <w:sz w:val="16"/>
              </w:rPr>
              <w:t>Vlaďka</w:t>
            </w:r>
            <w:proofErr w:type="spellEnd"/>
            <w:r>
              <w:rPr>
                <w:rFonts w:ascii="Arial" w:hAnsi="Arial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sz w:val="16"/>
              </w:rPr>
              <w:t>Vojtková</w:t>
            </w:r>
            <w:proofErr w:type="spellEnd"/>
          </w:p>
          <w:p w14:paraId="12502A66" w14:textId="77777777" w:rsidR="002E36A4" w:rsidRDefault="00000000">
            <w:pPr>
              <w:spacing w:after="0" w:line="240" w:lineRule="auto"/>
            </w:pPr>
            <w:r>
              <w:rPr>
                <w:rFonts w:ascii="Arial" w:hAnsi="Arial"/>
                <w:sz w:val="16"/>
              </w:rPr>
              <w:t xml:space="preserve">Ved. </w:t>
            </w:r>
            <w:proofErr w:type="spellStart"/>
            <w:r>
              <w:rPr>
                <w:rFonts w:ascii="Arial" w:hAnsi="Arial"/>
                <w:sz w:val="16"/>
              </w:rPr>
              <w:t>jídelny</w:t>
            </w:r>
            <w:proofErr w:type="spellEnd"/>
            <w:r>
              <w:rPr>
                <w:rFonts w:ascii="Arial" w:hAnsi="Arial"/>
                <w:sz w:val="16"/>
              </w:rPr>
              <w:t>: Veronika Kudličková</w:t>
            </w:r>
          </w:p>
        </w:tc>
        <w:tc>
          <w:tcPr>
            <w:tcW w:w="10205" w:type="dxa"/>
            <w:tcBorders>
              <w:top w:val="nil"/>
              <w:left w:val="nil"/>
              <w:bottom w:val="nil"/>
              <w:right w:val="nil"/>
            </w:tcBorders>
          </w:tcPr>
          <w:p w14:paraId="28773C5C" w14:textId="21BA13CD" w:rsidR="002E36A4" w:rsidRDefault="00000000" w:rsidP="00B62B5E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Veškeré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nápoje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jsou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podávané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ve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slazené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i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neslazené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variantě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  <w:r w:rsidR="00B62B5E">
              <w:rPr>
                <w:rFonts w:ascii="Arial" w:hAnsi="Arial"/>
                <w:sz w:val="15"/>
              </w:rPr>
              <w:t xml:space="preserve"> </w:t>
            </w:r>
            <w:r w:rsidR="00B62B5E" w:rsidRPr="00B62B5E">
              <w:rPr>
                <w:rFonts w:ascii="Arial" w:hAnsi="Arial"/>
                <w:b/>
                <w:bCs/>
                <w:sz w:val="15"/>
              </w:rPr>
              <w:t xml:space="preserve">Po </w:t>
            </w:r>
            <w:proofErr w:type="spellStart"/>
            <w:r w:rsidR="00B62B5E" w:rsidRPr="00B62B5E">
              <w:rPr>
                <w:rFonts w:ascii="Arial" w:hAnsi="Arial"/>
                <w:b/>
                <w:bCs/>
                <w:sz w:val="15"/>
              </w:rPr>
              <w:t>celý</w:t>
            </w:r>
            <w:proofErr w:type="spellEnd"/>
            <w:r w:rsidR="00B62B5E" w:rsidRPr="00B62B5E">
              <w:rPr>
                <w:rFonts w:ascii="Arial" w:hAnsi="Arial"/>
                <w:b/>
                <w:bCs/>
                <w:sz w:val="15"/>
              </w:rPr>
              <w:t xml:space="preserve"> den je </w:t>
            </w:r>
            <w:proofErr w:type="spellStart"/>
            <w:r w:rsidR="00B62B5E" w:rsidRPr="00B62B5E">
              <w:rPr>
                <w:rFonts w:ascii="Arial" w:hAnsi="Arial"/>
                <w:b/>
                <w:bCs/>
                <w:sz w:val="15"/>
              </w:rPr>
              <w:t>zajištěn</w:t>
            </w:r>
            <w:proofErr w:type="spellEnd"/>
            <w:r w:rsidR="00B62B5E" w:rsidRPr="00B62B5E">
              <w:rPr>
                <w:rFonts w:ascii="Arial" w:hAnsi="Arial"/>
                <w:b/>
                <w:bCs/>
                <w:sz w:val="15"/>
              </w:rPr>
              <w:t xml:space="preserve"> </w:t>
            </w:r>
            <w:proofErr w:type="spellStart"/>
            <w:r w:rsidR="00B62B5E" w:rsidRPr="00B62B5E">
              <w:rPr>
                <w:rFonts w:ascii="Arial" w:hAnsi="Arial"/>
                <w:b/>
                <w:bCs/>
                <w:sz w:val="15"/>
              </w:rPr>
              <w:t>pitný</w:t>
            </w:r>
            <w:proofErr w:type="spellEnd"/>
            <w:r w:rsidR="00B62B5E" w:rsidRPr="00B62B5E">
              <w:rPr>
                <w:rFonts w:ascii="Arial" w:hAnsi="Arial"/>
                <w:b/>
                <w:bCs/>
                <w:sz w:val="15"/>
              </w:rPr>
              <w:t xml:space="preserve"> </w:t>
            </w:r>
            <w:proofErr w:type="spellStart"/>
            <w:r w:rsidR="00B62B5E" w:rsidRPr="00B62B5E">
              <w:rPr>
                <w:rFonts w:ascii="Arial" w:hAnsi="Arial"/>
                <w:b/>
                <w:bCs/>
                <w:sz w:val="15"/>
              </w:rPr>
              <w:t>režim</w:t>
            </w:r>
            <w:proofErr w:type="spellEnd"/>
            <w:r w:rsidR="00B62B5E" w:rsidRPr="00B62B5E">
              <w:rPr>
                <w:rFonts w:ascii="Arial" w:hAnsi="Arial"/>
                <w:b/>
                <w:bCs/>
                <w:sz w:val="15"/>
              </w:rPr>
              <w:t>.</w:t>
            </w:r>
          </w:p>
          <w:p w14:paraId="01535CD5" w14:textId="4A60485F" w:rsidR="002E36A4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Pokrmy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jsou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určeny</w:t>
            </w:r>
            <w:proofErr w:type="spellEnd"/>
            <w:r>
              <w:rPr>
                <w:rFonts w:ascii="Arial" w:hAnsi="Arial"/>
                <w:sz w:val="15"/>
              </w:rPr>
              <w:t xml:space="preserve"> k </w:t>
            </w:r>
            <w:proofErr w:type="spellStart"/>
            <w:r>
              <w:rPr>
                <w:rFonts w:ascii="Arial" w:hAnsi="Arial"/>
                <w:sz w:val="15"/>
              </w:rPr>
              <w:t>přímé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spotřebě</w:t>
            </w:r>
            <w:proofErr w:type="spellEnd"/>
            <w:r>
              <w:rPr>
                <w:rFonts w:ascii="Arial" w:hAnsi="Arial"/>
                <w:sz w:val="15"/>
              </w:rPr>
              <w:t xml:space="preserve">.  </w:t>
            </w:r>
          </w:p>
          <w:p w14:paraId="761D0ED3" w14:textId="77777777" w:rsidR="002E36A4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rFonts w:ascii="Arial" w:hAnsi="Arial"/>
                <w:sz w:val="15"/>
              </w:rPr>
              <w:t>Změna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jídelníčku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vyhrazena</w:t>
            </w:r>
            <w:proofErr w:type="spellEnd"/>
            <w:r>
              <w:rPr>
                <w:rFonts w:ascii="Arial" w:hAnsi="Arial"/>
                <w:sz w:val="15"/>
              </w:rPr>
              <w:t xml:space="preserve">, </w:t>
            </w:r>
            <w:proofErr w:type="spellStart"/>
            <w:r>
              <w:rPr>
                <w:rFonts w:ascii="Arial" w:hAnsi="Arial"/>
                <w:sz w:val="15"/>
              </w:rPr>
              <w:t>závisí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na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dodávce</w:t>
            </w:r>
            <w:proofErr w:type="spellEnd"/>
            <w:r>
              <w:rPr>
                <w:rFonts w:ascii="Arial" w:hAnsi="Arial"/>
                <w:sz w:val="15"/>
              </w:rPr>
              <w:t xml:space="preserve"> </w:t>
            </w:r>
            <w:proofErr w:type="spellStart"/>
            <w:r>
              <w:rPr>
                <w:rFonts w:ascii="Arial" w:hAnsi="Arial"/>
                <w:sz w:val="15"/>
              </w:rPr>
              <w:t>potravin</w:t>
            </w:r>
            <w:proofErr w:type="spellEnd"/>
            <w:r>
              <w:rPr>
                <w:rFonts w:ascii="Arial" w:hAnsi="Arial"/>
                <w:sz w:val="15"/>
              </w:rPr>
              <w:t>.</w:t>
            </w:r>
          </w:p>
          <w:p w14:paraId="53CE9E60" w14:textId="5B4A76F4" w:rsidR="00E04822" w:rsidRPr="00E04822" w:rsidRDefault="00000000" w:rsidP="00E04822">
            <w:pPr>
              <w:spacing w:after="0" w:line="240" w:lineRule="auto"/>
              <w:jc w:val="center"/>
              <w:rPr>
                <w:rFonts w:ascii="Arial" w:hAnsi="Arial"/>
                <w:sz w:val="15"/>
              </w:rPr>
            </w:pPr>
            <w:proofErr w:type="spellStart"/>
            <w:r>
              <w:rPr>
                <w:rFonts w:ascii="Arial" w:hAnsi="Arial"/>
                <w:sz w:val="15"/>
              </w:rPr>
              <w:t>Alergeny</w:t>
            </w:r>
            <w:proofErr w:type="spellEnd"/>
            <w:r>
              <w:rPr>
                <w:rFonts w:ascii="Arial" w:hAnsi="Arial"/>
                <w:sz w:val="15"/>
              </w:rPr>
              <w:t xml:space="preserve">: 1 – </w:t>
            </w:r>
            <w:proofErr w:type="spellStart"/>
            <w:r>
              <w:rPr>
                <w:rFonts w:ascii="Arial" w:hAnsi="Arial"/>
                <w:sz w:val="15"/>
              </w:rPr>
              <w:t>lepek</w:t>
            </w:r>
            <w:proofErr w:type="spellEnd"/>
            <w:r>
              <w:rPr>
                <w:rFonts w:ascii="Arial" w:hAnsi="Arial"/>
                <w:sz w:val="15"/>
              </w:rPr>
              <w:t xml:space="preserve">, 3 – </w:t>
            </w:r>
            <w:proofErr w:type="spellStart"/>
            <w:r>
              <w:rPr>
                <w:rFonts w:ascii="Arial" w:hAnsi="Arial"/>
                <w:sz w:val="15"/>
              </w:rPr>
              <w:t>vejce</w:t>
            </w:r>
            <w:proofErr w:type="spellEnd"/>
            <w:r>
              <w:rPr>
                <w:rFonts w:ascii="Arial" w:hAnsi="Arial"/>
                <w:sz w:val="15"/>
              </w:rPr>
              <w:t xml:space="preserve">, 4 – </w:t>
            </w:r>
            <w:proofErr w:type="spellStart"/>
            <w:r>
              <w:rPr>
                <w:rFonts w:ascii="Arial" w:hAnsi="Arial"/>
                <w:sz w:val="15"/>
              </w:rPr>
              <w:t>ryby</w:t>
            </w:r>
            <w:proofErr w:type="spellEnd"/>
            <w:r>
              <w:rPr>
                <w:rFonts w:ascii="Arial" w:hAnsi="Arial"/>
                <w:sz w:val="15"/>
              </w:rPr>
              <w:t xml:space="preserve">, 6 – </w:t>
            </w:r>
            <w:proofErr w:type="spellStart"/>
            <w:r>
              <w:rPr>
                <w:rFonts w:ascii="Arial" w:hAnsi="Arial"/>
                <w:sz w:val="15"/>
              </w:rPr>
              <w:t>sója</w:t>
            </w:r>
            <w:proofErr w:type="spellEnd"/>
            <w:r>
              <w:rPr>
                <w:rFonts w:ascii="Arial" w:hAnsi="Arial"/>
                <w:sz w:val="15"/>
              </w:rPr>
              <w:t xml:space="preserve">, 7 – </w:t>
            </w:r>
            <w:proofErr w:type="spellStart"/>
            <w:r>
              <w:rPr>
                <w:rFonts w:ascii="Arial" w:hAnsi="Arial"/>
                <w:sz w:val="15"/>
              </w:rPr>
              <w:t>mléko</w:t>
            </w:r>
            <w:proofErr w:type="spellEnd"/>
            <w:r>
              <w:rPr>
                <w:rFonts w:ascii="Arial" w:hAnsi="Arial"/>
                <w:sz w:val="15"/>
              </w:rPr>
              <w:t xml:space="preserve">, 9 – </w:t>
            </w:r>
            <w:proofErr w:type="spellStart"/>
            <w:r>
              <w:rPr>
                <w:rFonts w:ascii="Arial" w:hAnsi="Arial"/>
                <w:sz w:val="15"/>
              </w:rPr>
              <w:t>celer</w:t>
            </w:r>
            <w:proofErr w:type="spellEnd"/>
          </w:p>
        </w:tc>
      </w:tr>
    </w:tbl>
    <w:p w14:paraId="3C44B094" w14:textId="79B66DCE" w:rsidR="00D7552E" w:rsidRPr="007673E0" w:rsidRDefault="00E04822">
      <w:pPr>
        <w:rPr>
          <w:lang w:val="cs-CZ"/>
        </w:rPr>
      </w:pPr>
      <w:r>
        <w:rPr>
          <w:lang w:val="cs-CZ"/>
        </w:rPr>
        <w:t xml:space="preserve">              </w:t>
      </w:r>
      <w:r w:rsidRPr="00E04822">
        <w:rPr>
          <w:noProof/>
          <w:lang w:val="cs-CZ"/>
        </w:rPr>
        <w:drawing>
          <wp:inline distT="0" distB="0" distL="0" distR="0" wp14:anchorId="511C0D1B" wp14:editId="76280E38">
            <wp:extent cx="797560" cy="1196340"/>
            <wp:effectExtent l="0" t="0" r="2540" b="3810"/>
            <wp:docPr id="205188083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552E" w:rsidRPr="007673E0" w:rsidSect="00034616">
      <w:pgSz w:w="16838" w:h="11906" w:orient="landscape"/>
      <w:pgMar w:top="397" w:right="369" w:bottom="340" w:left="36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1948378">
    <w:abstractNumId w:val="8"/>
  </w:num>
  <w:num w:numId="2" w16cid:durableId="562064140">
    <w:abstractNumId w:val="6"/>
  </w:num>
  <w:num w:numId="3" w16cid:durableId="1019040128">
    <w:abstractNumId w:val="5"/>
  </w:num>
  <w:num w:numId="4" w16cid:durableId="883834882">
    <w:abstractNumId w:val="4"/>
  </w:num>
  <w:num w:numId="5" w16cid:durableId="1534657443">
    <w:abstractNumId w:val="7"/>
  </w:num>
  <w:num w:numId="6" w16cid:durableId="1807120241">
    <w:abstractNumId w:val="3"/>
  </w:num>
  <w:num w:numId="7" w16cid:durableId="805243811">
    <w:abstractNumId w:val="2"/>
  </w:num>
  <w:num w:numId="8" w16cid:durableId="209536988">
    <w:abstractNumId w:val="1"/>
  </w:num>
  <w:num w:numId="9" w16cid:durableId="107500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4F8"/>
    <w:rsid w:val="0029639D"/>
    <w:rsid w:val="002E36A4"/>
    <w:rsid w:val="00326F90"/>
    <w:rsid w:val="005B1D25"/>
    <w:rsid w:val="007673E0"/>
    <w:rsid w:val="007A1A13"/>
    <w:rsid w:val="009567EF"/>
    <w:rsid w:val="009A779F"/>
    <w:rsid w:val="00AA1D8D"/>
    <w:rsid w:val="00B06B68"/>
    <w:rsid w:val="00B47730"/>
    <w:rsid w:val="00B531EF"/>
    <w:rsid w:val="00B62B5E"/>
    <w:rsid w:val="00BA703A"/>
    <w:rsid w:val="00CB0664"/>
    <w:rsid w:val="00D334D1"/>
    <w:rsid w:val="00D63CE2"/>
    <w:rsid w:val="00D7552E"/>
    <w:rsid w:val="00DE624F"/>
    <w:rsid w:val="00E04822"/>
    <w:rsid w:val="00F85F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C0A0E"/>
  <w14:defaultImageDpi w14:val="300"/>
  <w15:docId w15:val="{743528E4-6746-45C6-BE6F-D957970C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205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 Kudličková</cp:lastModifiedBy>
  <cp:revision>6</cp:revision>
  <cp:lastPrinted>2026-10-16T04:53:00Z</cp:lastPrinted>
  <dcterms:created xsi:type="dcterms:W3CDTF">2026-10-16T04:50:00Z</dcterms:created>
  <dcterms:modified xsi:type="dcterms:W3CDTF">2026-10-16T12:02:00Z</dcterms:modified>
  <cp:category/>
</cp:coreProperties>
</file>